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Name"/>
        <w:jc w:val="right"/>
        <w:bidi w:val="1"/>
      </w:pPr>
      <w:r>
        <w:rPr>
          <w:rtl w:val="1"/>
        </w:rPr>
        <w:t>امین اسدی‌وستا</w:t>
      </w:r>
    </w:p>
    <w:p>
      <w:pPr>
        <w:pStyle w:val="RRole"/>
        <w:jc w:val="right"/>
        <w:bidi w:val="1"/>
      </w:pPr>
      <w:r>
        <w:rPr>
          <w:rtl w:val="1"/>
        </w:rPr>
        <w:t>مهندس نرم‌افزار فول‌استک | تجربه عملی AI و اتوماسیون</w:t>
      </w:r>
    </w:p>
    <w:p>
      <w:pPr>
        <w:pStyle w:val="RContact"/>
        <w:pBdr>
          <w:bottom w:val="single" w:sz="8" w:space="4" w:color="D5DDE3"/>
        </w:pBdr>
        <w:jc w:val="right"/>
        <w:bidi w:val="1"/>
      </w:pPr>
      <w:r>
        <w:rPr>
          <w:rtl w:val="1"/>
        </w:rPr>
        <w:t>تهران، ایران  |  ۰۹۳۷۹۰۸۴۳۵۶  |  aminvost@gmail.com  |  github.com/AminVost</w:t>
      </w:r>
    </w:p>
    <w:p>
      <w:pPr>
        <w:pStyle w:val="RSection"/>
        <w:pBdr>
          <w:bottom w:val="single" w:sz="8" w:space="4" w:color="D5DDE3"/>
        </w:pBdr>
        <w:jc w:val="right"/>
        <w:bidi w:val="1"/>
      </w:pPr>
      <w:r>
        <w:rPr>
          <w:rtl w:val="1"/>
        </w:rPr>
        <w:t>خلاصه حرفه‌ای</w:t>
      </w:r>
    </w:p>
    <w:p>
      <w:pPr>
        <w:pStyle w:val="RBody"/>
        <w:jc w:val="right"/>
        <w:bidi w:val="1"/>
      </w:pPr>
      <w:r>
        <w:rPr>
          <w:rtl w:val="1"/>
        </w:rPr>
        <w:t>بیش از ۶ سال است که به‌صورت حرفه‌ای روی توسعه نرم‌افزار کار می‌کنم و از سال ۱۳۹۸ در WebNevisan هستم. تجربه‌ام فقط محدود به وب نیست؛ روی وب‌اپلیکیشن‌های React/Next.js، اپلیکیشن‌های موبایل با React Native برای iOS و Android، PWA، نرم‌افزارهای Cross-Platform، Backend و API و پروژه‌های Production کار کرده‌ام. هم در پروژه‌های جدید از ابتدا کار می‌کنم و هم در Codebaseهای قدیمی PHP/Yii2/AngularJS توسعه و نگهداری انجام می‌دهم. معمولاً فقط مجری Task نیستم و در ایده اولیه، طراحی Flow و UI و پیدا کردن راه‌حل ساده‌تر برای مسئله هم مشارکت می‌کنم. به اضافه‌کردن قابلیت‌های AI به محصولات هم علاقه دارم و در چند پروژه از APIهای هوش مصنوعی و مدل‌های Local برای خلاصه‌سازی و تحلیل نظرها، تشخیص خوب/بد بودن Commentها، OCR و تشخیص متن در تصویر و استخراج و یکپارچه‌سازی نام محصول، SKU و قیمت استفاده کرده‌ام.</w:t>
      </w:r>
    </w:p>
    <w:p>
      <w:pPr>
        <w:pStyle w:val="RSection"/>
        <w:pBdr>
          <w:bottom w:val="single" w:sz="8" w:space="4" w:color="D5DDE3"/>
        </w:pBdr>
        <w:jc w:val="right"/>
        <w:bidi w:val="1"/>
      </w:pPr>
      <w:r>
        <w:rPr>
          <w:rtl w:val="1"/>
        </w:rPr>
        <w:t>مهارت‌های کلیدی</w:t>
      </w:r>
    </w:p>
    <w:tbl>
      <w:tblPr>
        <w:tblW w:type="auto" w:w="0"/>
        <w:jc w:val="center"/>
        <w:tblLayout w:type="autofit"/>
        <w:tblLook w:firstColumn="1" w:firstRow="1" w:lastColumn="0" w:lastRow="0" w:noHBand="0" w:noVBand="1" w:val="04A0"/>
      </w:tblPr>
      <w:tblGrid>
        <w:gridCol w:w="5061"/>
        <w:gridCol w:w="5061"/>
      </w:tblGrid>
      <w:tr>
        <w:tc>
          <w:tcPr>
            <w:tcW w:type="dxa" w:w="4968"/>
            <w:shd w:fill="F5F7F9"/>
            <w:vAlign w:val="center"/>
          </w:tcPr>
          <w:p>
            <w:pPr>
              <w:bidi w:val="1"/>
            </w:pPr>
            <w:r>
              <w:t>توسعه وب و فول‌استک</w:t>
              <w:br/>
              <w:t>JavaScript, TypeScript, PHP, React, Next.js, Node.js</w:t>
            </w:r>
          </w:p>
        </w:tc>
        <w:tc>
          <w:tcPr>
            <w:tcW w:type="dxa" w:w="4968"/>
            <w:shd w:fill="F5F7F9"/>
            <w:vAlign w:val="center"/>
          </w:tcPr>
          <w:p>
            <w:pPr>
              <w:bidi w:val="1"/>
            </w:pPr>
            <w:r>
              <w:t>توسعه موبایل</w:t>
              <w:br/>
              <w:t>React Native (iOS/Android), PWA, Mobile-First, Offline/Local-First</w:t>
            </w:r>
          </w:p>
        </w:tc>
      </w:tr>
      <w:tr>
        <w:tc>
          <w:tcPr>
            <w:tcW w:type="dxa" w:w="4968"/>
            <w:shd w:fill="FAFBFC"/>
            <w:vAlign w:val="center"/>
          </w:tcPr>
          <w:p>
            <w:pPr>
              <w:bidi w:val="1"/>
            </w:pPr>
            <w:r>
              <w:t>API و سیستم‌ها</w:t>
              <w:br/>
              <w:t>REST API, JWT, NextAuth, OTP, WebSocket, Rust (آشنایی عملی)</w:t>
            </w:r>
          </w:p>
        </w:tc>
        <w:tc>
          <w:tcPr>
            <w:tcW w:type="dxa" w:w="4968"/>
            <w:shd w:fill="FAFBFC"/>
            <w:vAlign w:val="center"/>
          </w:tcPr>
          <w:p>
            <w:pPr>
              <w:bidi w:val="1"/>
            </w:pPr>
            <w:r>
              <w:t>هوش مصنوعی کاربردی</w:t>
              <w:br/>
              <w:t>Qwen/Qwen-VL, QLoRA, PaddleOCR, Gemini/OpenAI, BERT, OCR/NLP</w:t>
            </w:r>
          </w:p>
        </w:tc>
      </w:tr>
      <w:tr>
        <w:tc>
          <w:tcPr>
            <w:tcW w:type="dxa" w:w="4968"/>
            <w:shd w:fill="F5F7F9"/>
            <w:vAlign w:val="center"/>
          </w:tcPr>
          <w:p>
            <w:pPr>
              <w:bidi w:val="1"/>
            </w:pPr>
            <w:r>
              <w:t>دسکتاپ و Cross-Platform</w:t>
              <w:br/>
              <w:t>Electron.js, React Native, PWA, Windows/Linux</w:t>
            </w:r>
          </w:p>
        </w:tc>
        <w:tc>
          <w:tcPr>
            <w:tcW w:type="dxa" w:w="4968"/>
            <w:shd w:fill="F5F7F9"/>
            <w:vAlign w:val="center"/>
          </w:tcPr>
          <w:p>
            <w:pPr>
              <w:bidi w:val="1"/>
            </w:pPr>
            <w:r>
              <w:t>زیرساخت و استقرار</w:t>
              <w:br/>
              <w:t>Linux, VPS, Nginx, Reverse Proxy, systemd, SSL, UFW, DNS/CNAME</w:t>
            </w:r>
          </w:p>
        </w:tc>
      </w:tr>
      <w:tr>
        <w:tc>
          <w:tcPr>
            <w:tcW w:type="dxa" w:w="4968"/>
            <w:shd w:fill="FAFBFC"/>
            <w:vAlign w:val="center"/>
          </w:tcPr>
          <w:p>
            <w:pPr>
              <w:bidi w:val="1"/>
            </w:pPr>
            <w:r>
              <w:t>سیستم‌های Legacy و Migration</w:t>
              <w:br/>
              <w:t>PHP, Yii2, AngularJS, jQuery, PHP 8 Migration</w:t>
            </w:r>
          </w:p>
        </w:tc>
        <w:tc>
          <w:tcPr>
            <w:tcW w:type="dxa" w:w="4968"/>
            <w:shd w:fill="FAFBFC"/>
            <w:vAlign w:val="center"/>
          </w:tcPr>
          <w:p>
            <w:pPr>
              <w:bidi w:val="1"/>
            </w:pPr>
            <w:r>
              <w:t>Integrationها</w:t>
              <w:br/>
              <w:t>OTA, Payment, PayPal, SMS/Email, Google Meet/Calendar, AI APIs</w:t>
            </w:r>
          </w:p>
        </w:tc>
      </w:tr>
    </w:tbl>
    <w:p>
      <w:pPr>
        <w:bidi w:val="1"/>
      </w:pPr>
    </w:p>
    <w:p>
      <w:pPr>
        <w:pStyle w:val="RSection"/>
        <w:pBdr>
          <w:bottom w:val="single" w:sz="8" w:space="4" w:color="D5DDE3"/>
        </w:pBdr>
        <w:jc w:val="right"/>
        <w:bidi w:val="1"/>
      </w:pPr>
      <w:r>
        <w:rPr>
          <w:rtl w:val="1"/>
        </w:rPr>
        <w:t>سوابق کاری</w:t>
      </w:r>
    </w:p>
    <w:p>
      <w:pPr>
        <w:pStyle w:val="RProject"/>
        <w:jc w:val="right"/>
        <w:bidi w:val="1"/>
      </w:pPr>
      <w:r>
        <w:rPr>
          <w:rtl w:val="1"/>
        </w:rPr>
        <w:t>WebNevisan | توسعه‌دهنده نرم‌افزار / فول‌استک | ۱۳۹۸ تا امروز</w:t>
      </w:r>
    </w:p>
    <w:p>
      <w:pPr>
        <w:pStyle w:val="RBody"/>
        <w:jc w:val="right"/>
        <w:bidi w:val="1"/>
      </w:pPr>
      <w:r>
        <w:rPr>
          <w:rtl w:val="1"/>
        </w:rPr>
        <w:t>حدود ۷ سال است که در این شرکت حضور دارم و نزدیک به ۶ سال آن به کار حرفه‌ای توسعه نرم‌افزار اختصاص داشته است. پروژه‌ها شامل سیستم‌های مشتری، سرویس‌های Production و پروژه‌هایی است که از صفر یا روی Codebase موجود توسعه داده شده‌اند.</w:t>
      </w:r>
    </w:p>
    <w:p>
      <w:pPr>
        <w:pStyle w:val="RBullet"/>
        <w:jc w:val="right"/>
        <w:bidi w:val="1"/>
      </w:pPr>
      <w:r>
        <w:rPr>
          <w:rtl w:val="1"/>
        </w:rPr>
        <w:t>• توسعه و نگهداری وب‌اپلیکیشن‌ها، اپلیکیشن‌های React Native برای iOS/Android، PWA، فروشگاه‌ها، سامانه‌های رزرو، پنل‌های مدیریتی و APIها.</w:t>
      </w:r>
    </w:p>
    <w:p>
      <w:pPr>
        <w:pStyle w:val="RBullet"/>
        <w:jc w:val="right"/>
        <w:bidi w:val="1"/>
      </w:pPr>
      <w:r>
        <w:rPr>
          <w:rtl w:val="1"/>
        </w:rPr>
        <w:t>• کار هم‌زمان با Stackهای جدید React/Next.js و React Native و سیستم‌های Legacy مبتنی بر PHP/Yii2/AngularJS/jQuery.</w:t>
      </w:r>
    </w:p>
    <w:p>
      <w:pPr>
        <w:pStyle w:val="RBullet"/>
        <w:jc w:val="right"/>
        <w:bidi w:val="1"/>
      </w:pPr>
      <w:r>
        <w:rPr>
          <w:rtl w:val="1"/>
        </w:rPr>
        <w:t>• پیاده‌سازی Authentication، پرداخت، SMS/Email، Calendar/Meet، Travel API، WebSocket و Integration قابلیت‌های AI در صورت نیاز محصول.</w:t>
      </w:r>
    </w:p>
    <w:p>
      <w:pPr>
        <w:pStyle w:val="RBullet"/>
        <w:jc w:val="right"/>
        <w:bidi w:val="1"/>
      </w:pPr>
      <w:r>
        <w:rPr>
          <w:rtl w:val="1"/>
        </w:rPr>
        <w:t>• توسعه نرم‌افزارهای Cross-Platform با React Native، PWA و Electron و استقرار/پشتیبانی سرویس‌ها روی Linux/VPS با Nginx، systemd و SSL.</w:t>
      </w:r>
    </w:p>
    <w:p>
      <w:pPr>
        <w:pStyle w:val="RBullet"/>
        <w:jc w:val="right"/>
        <w:bidi w:val="1"/>
      </w:pPr>
      <w:r>
        <w:rPr>
          <w:rtl w:val="1"/>
        </w:rPr>
        <w:t>• مشارکت در ایده‌پردازی، طراحی Flow و UI و تبدیل مسئله مشتری به یک راه‌حل نرم‌افزاری قابل استفاده.</w:t>
      </w:r>
    </w:p>
    <w:p>
      <w:pPr>
        <w:pStyle w:val="RSection"/>
        <w:pBdr>
          <w:bottom w:val="single" w:sz="8" w:space="4" w:color="D5DDE3"/>
        </w:pBdr>
        <w:jc w:val="right"/>
        <w:bidi w:val="1"/>
      </w:pPr>
      <w:r>
        <w:rPr>
          <w:rtl w:val="1"/>
        </w:rPr>
        <w:t>پروژه‌های منتخب</w:t>
      </w:r>
    </w:p>
    <w:p>
      <w:pPr>
        <w:pStyle w:val="RProject"/>
        <w:jc w:val="right"/>
        <w:bidi w:val="1"/>
      </w:pPr>
      <w:r>
        <w:rPr>
          <w:rtl w:val="1"/>
        </w:rPr>
        <w:t>طاهاگشت | سامانه جستجو و رزرو سفر | ۱۴۰۲ تا امروز</w:t>
      </w:r>
    </w:p>
    <w:p>
      <w:pPr>
        <w:pStyle w:val="RBody"/>
        <w:jc w:val="right"/>
        <w:bidi w:val="1"/>
      </w:pPr>
      <w:r>
        <w:rPr>
          <w:rtl w:val="1"/>
        </w:rPr>
        <w:t>روی یک سامانه بزرگ و از قبل موجود PHP/Yii2 کار می‌کنم. بخش‌هایی که توسعه داده‌ام شامل جستجو و رزرو پرواز، هتل و تور، تور گروهی، ساخت پکیج سفر، Migration APIها، OTP Login، Flowهای پرداخت و Redesignهای متعدد است. با فرآیندهای Booking، Voucher، Ticketing و Cancellation و ساختارهای OTA هم کار کرده‌ام. پلتفرم حدود ۸۰ هزار کاربر و ۵۰ هزار سفارش دارد.</w:t>
      </w:r>
    </w:p>
    <w:p>
      <w:pPr>
        <w:pStyle w:val="RProject"/>
        <w:jc w:val="right"/>
        <w:bidi w:val="1"/>
      </w:pPr>
      <w:r>
        <w:rPr>
          <w:rtl w:val="1"/>
        </w:rPr>
        <w:t>توسعه Mobile و Cross-Platform | React Native، iOS، Android و PWA</w:t>
      </w:r>
    </w:p>
    <w:p>
      <w:pPr>
        <w:pStyle w:val="RBody"/>
        <w:jc w:val="right"/>
        <w:bidi w:val="1"/>
      </w:pPr>
      <w:r>
        <w:rPr>
          <w:rtl w:val="1"/>
        </w:rPr>
        <w:t>روی چندین اپلیکیشن موبایل و Cross-Platform در سطح‌های مختلف، از ابزارهای ساده تا پروژه‌های پیچیده‌تر، کار کرده‌ام. RapidMobileDiag یکی از نمونه‌های مهم است؛ اپلیکیشن تشخیص و تست دستگاه‌های موبایل با React Native که برای iOS و Android طراحی شده است. در کنار آن تجربه ساخت PWAهای Mobile-First با Offline/Local-First behavior و اتصال به API، Authentication و Workflowهای مختلف را دارم. بسته به نیاز پروژه می‌توانم بین React Native، PWA و Web راه‌حل مناسب‌تری انتخاب کنم.</w:t>
      </w:r>
    </w:p>
    <w:p>
      <w:pPr>
        <w:pStyle w:val="RProject"/>
        <w:jc w:val="right"/>
        <w:keepNext/>
        <w:pageBreakBefore w:val="0"/>
        <w:bidi w:val="1"/>
      </w:pPr>
      <w:r>
        <w:rPr>
          <w:rtl w:val="1"/>
        </w:rPr>
        <w:t>Abzar Market OCR | ۱۴۰۵ / ۲۰۲۶ تا امروز</w:t>
      </w:r>
    </w:p>
    <w:p>
      <w:pPr>
        <w:pStyle w:val="RBody"/>
        <w:jc w:val="right"/>
        <w:keepLines/>
        <w:bidi w:val="1"/>
      </w:pPr>
      <w:r>
        <w:rPr>
          <w:rtl w:val="1"/>
        </w:rPr>
        <w:t>سیستم OCR فارسی برای استخراج نام محصول، SKU و قیمت از Price List فروشندگان. پنل با Next.js و Backend با FastAPI/PaddleOCR ساخته شده و مدل Local Qwen در کنار Adapterهای اختصاصی هر Seller/Brand اجرا می‌شود. حدود ۱٬۱۶۷ نمونه Dataset آماده کردم و Adapterها را با QLoRA Fine-Tune کردم. نسخه اول Production تحویل شده و در تست‌های فعلی دقت قیمت بالای ۸۷٪ و SKU/نام محصول حدود ۹۸٪ بوده است.</w:t>
      </w:r>
    </w:p>
    <w:p>
      <w:pPr>
        <w:pStyle w:val="RProject"/>
        <w:jc w:val="right"/>
        <w:bidi w:val="1"/>
      </w:pPr>
      <w:r>
        <w:rPr>
          <w:rtl w:val="1"/>
        </w:rPr>
        <w:t>MCI IVR Visual Flow Editor | ۲۰۲۴</w:t>
      </w:r>
    </w:p>
    <w:p>
      <w:pPr>
        <w:pStyle w:val="RBody"/>
        <w:jc w:val="right"/>
        <w:bidi w:val="1"/>
      </w:pPr>
      <w:r>
        <w:rPr>
          <w:rtl w:val="1"/>
        </w:rPr>
        <w:t>Front-End را از صفر با React و React Flow پیاده کردم. کاربر می‌تواند Nodeهای سفارشی را Drag &amp; Drop کند، Branch/Condition بسازد، Flow را Validate و ذخیره/ویرایش کند و خروجی نهایی به JSON ساختاریافته برای اتصال به CRM تبدیل می‌شود.</w:t>
      </w:r>
    </w:p>
    <w:p>
      <w:pPr>
        <w:pStyle w:val="RProject"/>
        <w:jc w:val="right"/>
        <w:bidi w:val="1"/>
      </w:pPr>
      <w:r>
        <w:rPr>
          <w:rtl w:val="1"/>
        </w:rPr>
        <w:t>سامانه مدیریت مسابقات | ۲۰۲۶ تا امروز | پروژه شخصی</w:t>
      </w:r>
    </w:p>
    <w:p>
      <w:pPr>
        <w:pStyle w:val="RBody"/>
        <w:jc w:val="right"/>
        <w:bidi w:val="1"/>
      </w:pPr>
      <w:r>
        <w:rPr>
          <w:rtl w:val="1"/>
        </w:rPr>
        <w:t>ایده و پیاده‌سازی کامل پروژه با خودم بوده است. سیستم برای مسابقات PS5/FC و رقابت‌های حضوری طراحی شده و OTP/JWT، رزرو موقت ظرفیت، Waiting List، پرداخت دستی، حضور و غیاب، نتیجه، اعتراض، Ranking، Admin و چند Format مسابقه مثل Elimination، Round Robin، Group+Knockout و Swiss را پوشش می‌دهد. روی Ubuntu/Nginx/systemd Deploy شده است.</w:t>
      </w:r>
    </w:p>
    <w:p>
      <w:pPr>
        <w:pStyle w:val="RProject"/>
        <w:jc w:val="right"/>
        <w:bidi w:val="1"/>
      </w:pPr>
      <w:r>
        <w:rPr>
          <w:rtl w:val="1"/>
        </w:rPr>
        <w:t>Aram Space | ۲۰۲۵</w:t>
      </w:r>
    </w:p>
    <w:p>
      <w:pPr>
        <w:pStyle w:val="RBody"/>
        <w:jc w:val="right"/>
        <w:bidi w:val="1"/>
      </w:pPr>
      <w:r>
        <w:rPr>
          <w:rtl w:val="1"/>
        </w:rPr>
        <w:t>از ابتدای پروژه همراه یکی از همکاران حضور داشتم و مسئولیت اصلی من Design، UI و Dynamic کردن صفحات Next.js بود؛ از Therapist Profile و رزرو جلسه تا Calendar، Questionnaire و Panelهای کاربر/ادمین. پلتفرم در Backend از PHP/MySQL استفاده می‌کند و PayPal/Wallet، Google Meet و Email/SMS هم دارد.</w:t>
      </w:r>
    </w:p>
    <w:p>
      <w:pPr>
        <w:pStyle w:val="RProject"/>
        <w:jc w:val="right"/>
        <w:bidi w:val="1"/>
      </w:pPr>
      <w:r>
        <w:rPr>
          <w:rtl w:val="1"/>
        </w:rPr>
        <w:t>eVisa Immigration | ۲۰۲۳</w:t>
      </w:r>
    </w:p>
    <w:p>
      <w:pPr>
        <w:pStyle w:val="RBody"/>
        <w:jc w:val="right"/>
        <w:bidi w:val="1"/>
      </w:pPr>
      <w:r>
        <w:rPr>
          <w:rtl w:val="1"/>
        </w:rPr>
        <w:t>روی معماری PHP موجود شرکت، Dynamic Form Builder برای فرم‌های پیچیده مهاجرت توسعه دادم. فرم‌ها Multi-Step هستند و Save &amp; Resume، Document Upload و Admin Review دارند.</w:t>
      </w:r>
    </w:p>
    <w:p>
      <w:pPr>
        <w:pStyle w:val="RProject"/>
        <w:jc w:val="right"/>
        <w:bidi w:val="1"/>
      </w:pPr>
      <w:r>
        <w:rPr>
          <w:rtl w:val="1"/>
        </w:rPr>
        <w:t>Export Department / Kalber | ۲۰۲۳</w:t>
      </w:r>
    </w:p>
    <w:p>
      <w:pPr>
        <w:pStyle w:val="RBody"/>
        <w:jc w:val="right"/>
        <w:bidi w:val="1"/>
      </w:pPr>
      <w:r>
        <w:rPr>
          <w:rtl w:val="1"/>
        </w:rPr>
        <w:t>پلتفرم چندبرندی و چهارزبانه برای معرفی برندها و محصولات صادراتی. هر Brand Subdomain خودش را دارد و Backend/Admin، مدیریت محصول و Inquiry Form هم پیاده‌سازی شده است.</w:t>
      </w:r>
    </w:p>
    <w:p>
      <w:pPr>
        <w:pStyle w:val="RProject"/>
        <w:jc w:val="right"/>
        <w:bidi w:val="1"/>
      </w:pPr>
      <w:r>
        <w:rPr>
          <w:rtl w:val="1"/>
        </w:rPr>
        <w:t>CineSense | ۲۰۲۵ | پروژه شخصی</w:t>
      </w:r>
    </w:p>
    <w:p>
      <w:pPr>
        <w:pStyle w:val="RBody"/>
        <w:jc w:val="right"/>
        <w:bidi w:val="1"/>
      </w:pPr>
      <w:r>
        <w:rPr>
          <w:rtl w:val="1"/>
        </w:rPr>
        <w:t>یک MVP برای ایده‌ای که خودم داشتم: فیلم را با TMDB پیدا می‌کند، Reviewها را با Playwright جمع می‌کند و با مدل BERT آماده از Hugging Face Sentiment کلی را می‌سنجد تا کاربر بدون خواندن حجم زیادی نظر و Spoiler یک دید سریع بگیرد.</w:t>
      </w:r>
    </w:p>
    <w:p>
      <w:pPr>
        <w:pStyle w:val="RProject"/>
        <w:jc w:val="right"/>
        <w:bidi w:val="1"/>
      </w:pPr>
      <w:r>
        <w:rPr>
          <w:rtl w:val="1"/>
        </w:rPr>
        <w:t>Pantomin | ۲۰۲۶ تا امروز | پروژه شخصی</w:t>
      </w:r>
    </w:p>
    <w:p>
      <w:pPr>
        <w:pStyle w:val="RBody"/>
        <w:jc w:val="right"/>
        <w:bidi w:val="1"/>
      </w:pPr>
      <w:r>
        <w:rPr>
          <w:rtl w:val="1"/>
        </w:rPr>
        <w:t>بازی پانتومیم فارسی Mobile-First و PWA با Team/Round/Timer/Scoring، محتوای Local + MySQL، Offline Support، Service Worker، SEO/Search Console و استقرار روی VPS.</w:t>
      </w:r>
    </w:p>
    <w:p>
      <w:pPr>
        <w:pStyle w:val="RSection"/>
        <w:pBdr>
          <w:bottom w:val="single" w:sz="8" w:space="4" w:color="D5DDE3"/>
        </w:pBdr>
        <w:jc w:val="right"/>
        <w:bidi w:val="1"/>
      </w:pPr>
      <w:r>
        <w:rPr>
          <w:rtl w:val="1"/>
        </w:rPr>
        <w:t>پروژه‌های دیگر</w:t>
      </w:r>
    </w:p>
    <w:p>
      <w:pPr>
        <w:pStyle w:val="RBody"/>
        <w:jc w:val="right"/>
        <w:bidi w:val="1"/>
      </w:pPr>
      <w:r>
        <w:rPr>
          <w:rtl w:val="1"/>
        </w:rPr>
        <w:t>RapidDiag / RapidDrive / RapidDiag Web، SIN Group Store، Sotoodeh Auto Group، AirPower، Avida Counselling، Air DMV، Wood Kazemi، Taksasayesh، Ask Your Gurus، IMCA GAMA، Dadgar System، AgrinPay، Elena Beauty، Catan Map Generator، Smart Social Gateway، OCR Dataset Cropper، Ideara (Gemini)، Pantomin SEO Monitor و ابزارهای داخلی دیگر.</w:t>
      </w:r>
    </w:p>
    <w:p>
      <w:pPr>
        <w:pStyle w:val="RSection"/>
        <w:pBdr>
          <w:bottom w:val="single" w:sz="8" w:space="4" w:color="D5DDE3"/>
        </w:pBdr>
        <w:jc w:val="right"/>
        <w:bidi w:val="1"/>
      </w:pPr>
      <w:r>
        <w:rPr>
          <w:rtl w:val="1"/>
        </w:rPr>
        <w:t>AI و ابزارهای توسعه</w:t>
      </w:r>
    </w:p>
    <w:p>
      <w:pPr>
        <w:pStyle w:val="RBody"/>
        <w:jc w:val="right"/>
        <w:bidi w:val="1"/>
      </w:pPr>
      <w:r>
        <w:rPr>
          <w:rtl w:val="1"/>
        </w:rPr>
        <w:t>تجربه AI من کاربردی و در سطح Integration داخل محصول است. می‌توانم با Gemini/OpenAI API یا مدل‌های Local مثل Qwen قابلیت‌های مختلفی به سایت و اپلیکیشن اضافه کنم؛ مثل خلاصه‌سازی نظرها، تحلیل مثبت/منفی/خنثی Commentها، تشخیص و Recognition متن در تصویر، OCR و استخراج و یکپارچه‌سازی اطلاعاتی مثل نام محصول، SKU و قیمت. تجربه Qwen/Qwen-VL، PaddleOCR و QLoRA من پروژه‌محور و عملی است. با Prompt Engineering و Structured Output هم کار کرده‌ام. با Hermes Agent تجربه محدود و عملی دارم و Rust را هم در حد Integration و ویرایش یک Local Gateway استفاده کرده‌ام؛ هیچ‌کدام را به‌عنوان تخصص عمیق معرفی نمی‌کنم.</w:t>
      </w:r>
    </w:p>
    <w:p>
      <w:pPr>
        <w:pStyle w:val="RSection"/>
        <w:pBdr>
          <w:bottom w:val="single" w:sz="8" w:space="4" w:color="D5DDE3"/>
        </w:pBdr>
        <w:jc w:val="right"/>
        <w:bidi w:val="1"/>
      </w:pPr>
      <w:r>
        <w:rPr>
          <w:rtl w:val="1"/>
        </w:rPr>
        <w:t>تحصیلات و زبان</w:t>
      </w:r>
    </w:p>
    <w:p>
      <w:pPr>
        <w:pStyle w:val="RBody"/>
        <w:jc w:val="right"/>
        <w:bidi w:val="1"/>
      </w:pPr>
      <w:r>
        <w:rPr>
          <w:rtl w:val="1"/>
        </w:rPr>
        <w:t>کارشناسی مهندسی فناوری اطلاعات – برنامه‌نویسی تحت وب | دانشگاه علمی‌کاربردی داده‌پردازی تهران (DPI سابق) | ۱۳۹۴ تا ۱۳۹۸ | معدل ثبت‌شده: ۱۷٫۳۰ از ۲۰</w:t>
      </w:r>
    </w:p>
    <w:p>
      <w:pPr>
        <w:pStyle w:val="RBody"/>
        <w:jc w:val="right"/>
        <w:bidi w:val="1"/>
        <w:bidi w:val="1"/>
      </w:pPr>
      <w:r>
        <w:t>فارسی: زبان مادری  |  انگلیسی: متوسط؛ Reading و مستندات فنی قوی‌تر، Writing متوسط، Listening متوسط رو به خوب و Speaking پایه تا متوسط.</w:t>
      </w:r>
    </w:p>
    <w:sectPr w:rsidR="00FC693F" w:rsidRPr="0006063C" w:rsidSect="00034616">
      <w:pgSz w:w="11909" w:h="16834"/>
      <w:pgMar w:top="749" w:right="893" w:bottom="504"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jc w:val="right"/>
    </w:pPr>
    <w:rPr>
      <w:rFonts w:ascii="Noto Sans Arabic UI" w:hAnsi="Noto Sans Arabic UI"/>
      <w:color w:val="1E27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Name">
    <w:name w:val="RName"/>
    <w:basedOn w:val="Normal"/>
    <w:pPr>
      <w:jc w:val="right"/>
    </w:pPr>
    <w:rPr>
      <w:rFonts w:ascii="Noto Sans Arabic UI" w:hAnsi="Noto Sans Arabic UI"/>
      <w:b/>
      <w:i w:val="0"/>
      <w:color w:val="1E2730"/>
      <w:sz w:val="48"/>
    </w:rPr>
  </w:style>
  <w:style w:type="paragraph" w:customStyle="1" w:styleId="RRole">
    <w:name w:val="RRole"/>
    <w:basedOn w:val="Normal"/>
    <w:pPr>
      <w:jc w:val="right"/>
    </w:pPr>
    <w:rPr>
      <w:rFonts w:ascii="Noto Sans Arabic UI" w:hAnsi="Noto Sans Arabic UI"/>
      <w:b/>
      <w:i w:val="0"/>
      <w:color w:val="16666C"/>
      <w:sz w:val="21"/>
    </w:rPr>
  </w:style>
  <w:style w:type="paragraph" w:customStyle="1" w:styleId="RContact">
    <w:name w:val="RContact"/>
    <w:basedOn w:val="Normal"/>
    <w:pPr>
      <w:jc w:val="right"/>
    </w:pPr>
    <w:rPr>
      <w:rFonts w:ascii="Noto Sans Arabic UI" w:hAnsi="Noto Sans Arabic UI"/>
      <w:b w:val="0"/>
      <w:i w:val="0"/>
      <w:color w:val="58616B"/>
      <w:sz w:val="17"/>
    </w:rPr>
  </w:style>
  <w:style w:type="paragraph" w:customStyle="1" w:styleId="RSection">
    <w:name w:val="RSection"/>
    <w:basedOn w:val="Normal"/>
    <w:pPr>
      <w:keepNext/>
      <w:spacing w:before="140" w:after="60"/>
      <w:jc w:val="right"/>
    </w:pPr>
    <w:rPr>
      <w:rFonts w:ascii="Noto Sans Arabic UI" w:hAnsi="Noto Sans Arabic UI"/>
      <w:b/>
      <w:i w:val="0"/>
      <w:color w:val="16666C"/>
      <w:sz w:val="20"/>
    </w:rPr>
  </w:style>
  <w:style w:type="paragraph" w:customStyle="1" w:styleId="RProject">
    <w:name w:val="RProject"/>
    <w:basedOn w:val="Normal"/>
    <w:pPr>
      <w:keepNext/>
      <w:spacing w:before="80" w:after="20"/>
      <w:jc w:val="right"/>
    </w:pPr>
    <w:rPr>
      <w:rFonts w:ascii="Noto Sans Arabic UI" w:hAnsi="Noto Sans Arabic UI"/>
      <w:b/>
      <w:i w:val="0"/>
      <w:color w:val="1E2730"/>
      <w:sz w:val="19"/>
    </w:rPr>
  </w:style>
  <w:style w:type="paragraph" w:customStyle="1" w:styleId="RBody">
    <w:name w:val="RBody"/>
    <w:basedOn w:val="Normal"/>
    <w:pPr>
      <w:spacing w:after="60" w:line="250" w:lineRule="auto"/>
      <w:jc w:val="right"/>
    </w:pPr>
    <w:rPr>
      <w:rFonts w:ascii="Noto Sans Arabic UI" w:hAnsi="Noto Sans Arabic UI"/>
      <w:b w:val="0"/>
      <w:i w:val="0"/>
      <w:color w:val="1E2730"/>
      <w:sz w:val="18"/>
    </w:rPr>
  </w:style>
  <w:style w:type="paragraph" w:customStyle="1" w:styleId="RBullet">
    <w:name w:val="RBullet"/>
    <w:basedOn w:val="Normal"/>
    <w:pPr>
      <w:spacing w:after="36" w:line="245" w:lineRule="auto"/>
      <w:jc w:val="right"/>
    </w:pPr>
    <w:rPr>
      <w:rFonts w:ascii="Noto Sans Arabic UI" w:hAnsi="Noto Sans Arabic UI"/>
      <w:b w:val="0"/>
      <w:i w:val="0"/>
      <w:color w:val="1E2730"/>
      <w:sz w:val="18"/>
    </w:rPr>
  </w:style>
  <w:style w:type="paragraph" w:customStyle="1" w:styleId="RNote">
    <w:name w:val="RNote"/>
    <w:basedOn w:val="Normal"/>
    <w:pPr>
      <w:jc w:val="right"/>
    </w:pPr>
    <w:rPr>
      <w:rFonts w:ascii="Noto Sans Arabic UI" w:hAnsi="Noto Sans Arabic UI"/>
      <w:b w:val="0"/>
      <w:i/>
      <w:color w:val="58616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